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32"/>
        </w:rPr>
        <w:t>ЧЕК-ЛИСТ СБОРОВ НА КОНТРАКТ СВО</w:t>
      </w:r>
    </w:p>
    <w:p>
      <w:pPr>
        <w:jc w:val="right"/>
      </w:pPr>
      <w:r>
        <w:rPr>
          <w:b w:val="0"/>
          <w:sz w:val="20"/>
        </w:rPr>
        <w:t>Распечатайте и отмечайте выполненное</w:t>
      </w:r>
    </w:p>
    <w:p/>
    <w:p>
      <w:r>
        <w:rPr>
          <w:b/>
        </w:rPr>
        <w:t>1. Документы (при себе, в файле)</w:t>
      </w:r>
    </w:p>
    <w:p>
      <w:r>
        <w:rPr>
          <w:b w:val="0"/>
        </w:rPr>
        <w:t xml:space="preserve">    ☐ Паспорт гражданина РФ</w:t>
      </w:r>
    </w:p>
    <w:p>
      <w:r>
        <w:rPr>
          <w:b w:val="0"/>
        </w:rPr>
        <w:t xml:space="preserve">    ☐ Приписное свидетельство / военный билет</w:t>
      </w:r>
    </w:p>
    <w:p>
      <w:r>
        <w:rPr>
          <w:b w:val="0"/>
        </w:rPr>
        <w:t xml:space="preserve">    ☐ СНИЛС и ИНН</w:t>
      </w:r>
    </w:p>
    <w:p>
      <w:r>
        <w:rPr>
          <w:b w:val="0"/>
        </w:rPr>
        <w:t xml:space="preserve">    ☐ Аттестат / диплом об образовании (влияет на должность и оклад)</w:t>
      </w:r>
    </w:p>
    <w:p>
      <w:r>
        <w:rPr>
          <w:b w:val="0"/>
        </w:rPr>
        <w:t xml:space="preserve">    ☐ Водительское удостоверение (если есть)</w:t>
      </w:r>
    </w:p>
    <w:p>
      <w:r>
        <w:rPr>
          <w:b w:val="0"/>
        </w:rPr>
        <w:t xml:space="preserve">    ☐ Трудовая книжка / сведения о трудовой деятельности</w:t>
      </w:r>
    </w:p>
    <w:p>
      <w:r>
        <w:rPr>
          <w:b w:val="0"/>
        </w:rPr>
        <w:t xml:space="preserve">    ☐ Свидетельства о браке и рождении детей (для льгот и выплат семье)</w:t>
      </w:r>
    </w:p>
    <w:p>
      <w:r>
        <w:rPr>
          <w:b w:val="0"/>
        </w:rPr>
        <w:t xml:space="preserve">    ☐ Медицинские документы: рецепты, выписки, очки/линзы с рецептом</w:t>
      </w:r>
    </w:p>
    <w:p>
      <w:r>
        <w:rPr>
          <w:b w:val="0"/>
        </w:rPr>
        <w:t xml:space="preserve">    ☐ Фото 3×4 — 4–6 шт.</w:t>
      </w:r>
    </w:p>
    <w:p>
      <w:r>
        <w:rPr>
          <w:b w:val="0"/>
        </w:rPr>
        <w:t xml:space="preserve">    ☐ Банковская карта «Мир» (для выплат) + реквизиты счёта</w:t>
      </w:r>
    </w:p>
    <w:p/>
    <w:p>
      <w:r>
        <w:rPr>
          <w:b/>
        </w:rPr>
        <w:t>2. Одежда и обувь (минимум — остальное выдадут)</w:t>
      </w:r>
    </w:p>
    <w:p>
      <w:r>
        <w:rPr>
          <w:b w:val="0"/>
        </w:rPr>
        <w:t xml:space="preserve">    ☐ Нижнее бельё — 2–3 смены</w:t>
      </w:r>
    </w:p>
    <w:p>
      <w:r>
        <w:rPr>
          <w:b w:val="0"/>
        </w:rPr>
        <w:t xml:space="preserve">    ☐ Тёплые носки — 3–4 пары</w:t>
      </w:r>
    </w:p>
    <w:p>
      <w:r>
        <w:rPr>
          <w:b w:val="0"/>
        </w:rPr>
        <w:t xml:space="preserve">    ☐ Спортивный костюм</w:t>
      </w:r>
    </w:p>
    <w:p>
      <w:r>
        <w:rPr>
          <w:b w:val="0"/>
        </w:rPr>
        <w:t xml:space="preserve">    ☐ Футболки — 2–3 шт.</w:t>
      </w:r>
    </w:p>
    <w:p>
      <w:r>
        <w:rPr>
          <w:b w:val="0"/>
        </w:rPr>
        <w:t xml:space="preserve">    ☐ Кроссовки / лёгкая обувь на дорогу и быт</w:t>
      </w:r>
    </w:p>
    <w:p>
      <w:r>
        <w:rPr>
          <w:b w:val="0"/>
        </w:rPr>
        <w:t xml:space="preserve">    ☐ Шлёпанцы (банальные) — для душа</w:t>
      </w:r>
    </w:p>
    <w:p>
      <w:r>
        <w:rPr>
          <w:b w:val="0"/>
        </w:rPr>
        <w:t xml:space="preserve">    ☐ Куртка по сезону</w:t>
      </w:r>
    </w:p>
    <w:p/>
    <w:p>
      <w:r>
        <w:rPr>
          <w:b/>
        </w:rPr>
        <w:t>3. Гигиена и аптечка</w:t>
      </w:r>
    </w:p>
    <w:p>
      <w:r>
        <w:rPr>
          <w:b w:val="0"/>
        </w:rPr>
        <w:t xml:space="preserve">    ☐ Зубная щётка и паста</w:t>
      </w:r>
    </w:p>
    <w:p>
      <w:r>
        <w:rPr>
          <w:b w:val="0"/>
        </w:rPr>
        <w:t xml:space="preserve">    ☐ Бритва и принадлежности для бритья</w:t>
      </w:r>
    </w:p>
    <w:p>
      <w:r>
        <w:rPr>
          <w:b w:val="0"/>
        </w:rPr>
        <w:t xml:space="preserve">    ☐ Полотенце</w:t>
      </w:r>
    </w:p>
    <w:p>
      <w:r>
        <w:rPr>
          <w:b w:val="0"/>
        </w:rPr>
        <w:t xml:space="preserve">    ☐ Мыло / гель, шампунь, дезодорант — в мини-формате</w:t>
      </w:r>
    </w:p>
    <w:p>
      <w:r>
        <w:rPr>
          <w:b w:val="0"/>
        </w:rPr>
        <w:t xml:space="preserve">    ☐ Бумага туалетная, влажные салфетки</w:t>
      </w:r>
    </w:p>
    <w:p>
      <w:r>
        <w:rPr>
          <w:b w:val="0"/>
        </w:rPr>
        <w:t xml:space="preserve">    ☐ Пластыри (мозольные!) — 1 упаковка</w:t>
      </w:r>
    </w:p>
    <w:p>
      <w:r>
        <w:rPr>
          <w:b w:val="0"/>
        </w:rPr>
        <w:t xml:space="preserve">    ☐ Личные лекарства, которые принимаете постоянно, — с запасом и рецептами</w:t>
      </w:r>
    </w:p>
    <w:p>
      <w:r>
        <w:rPr>
          <w:b w:val="0"/>
        </w:rPr>
        <w:t xml:space="preserve">    ☐ Запасные очки / линзы, если носите</w:t>
      </w:r>
    </w:p>
    <w:p/>
    <w:p>
      <w:r>
        <w:rPr>
          <w:b/>
        </w:rPr>
        <w:t>4. Техника и связь</w:t>
      </w:r>
    </w:p>
    <w:p>
      <w:r>
        <w:rPr>
          <w:b w:val="0"/>
        </w:rPr>
        <w:t xml:space="preserve">    ☐ Смартфон + зарядное устройство</w:t>
      </w:r>
    </w:p>
    <w:p>
      <w:r>
        <w:rPr>
          <w:b w:val="0"/>
        </w:rPr>
        <w:t xml:space="preserve">    ☐ Пауэрбанк 10 000–20 000 мАч</w:t>
      </w:r>
    </w:p>
    <w:p>
      <w:r>
        <w:rPr>
          <w:b w:val="0"/>
        </w:rPr>
        <w:t xml:space="preserve">    ☐ Наушники (недорогие)</w:t>
      </w:r>
    </w:p>
    <w:p>
      <w:r>
        <w:rPr>
          <w:b w:val="0"/>
        </w:rPr>
        <w:t xml:space="preserve">    ☐ SIM-карта с хорошим тарифом / роуминг</w:t>
      </w:r>
    </w:p>
    <w:p/>
    <w:p>
      <w:r>
        <w:rPr>
          <w:b/>
        </w:rPr>
        <w:t>5. Дорога и быт</w:t>
      </w:r>
    </w:p>
    <w:p>
      <w:r>
        <w:rPr>
          <w:b w:val="0"/>
        </w:rPr>
        <w:t xml:space="preserve">    ☐ Наличные на дорогу и первые дни (небольшая сумма)</w:t>
      </w:r>
    </w:p>
    <w:p>
      <w:r>
        <w:rPr>
          <w:b w:val="0"/>
        </w:rPr>
        <w:t xml:space="preserve">    ☐ Перекус на дорогу, бутылка воды</w:t>
      </w:r>
    </w:p>
    <w:p>
      <w:r>
        <w:rPr>
          <w:b w:val="0"/>
        </w:rPr>
        <w:t xml:space="preserve">    ☐ Кружка металлическая, ложка, миска</w:t>
      </w:r>
    </w:p>
    <w:p>
      <w:r>
        <w:rPr>
          <w:b w:val="0"/>
        </w:rPr>
        <w:t xml:space="preserve">    ☐ Термос (по желанию)</w:t>
      </w:r>
    </w:p>
    <w:p>
      <w:r>
        <w:rPr>
          <w:b w:val="0"/>
        </w:rPr>
        <w:t xml:space="preserve">    ☐ Ручка и небольшая тетрадь</w:t>
      </w:r>
    </w:p>
    <w:p/>
    <w:p>
      <w:r>
        <w:rPr>
          <w:b/>
        </w:rPr>
        <w:t>6. Чего брать НЕ нужно</w:t>
      </w:r>
    </w:p>
    <w:p>
      <w:r>
        <w:rPr>
          <w:b w:val="0"/>
        </w:rPr>
        <w:t xml:space="preserve">    ✗ Оружие, ножи, любые колющие предметы</w:t>
      </w:r>
    </w:p>
    <w:p>
      <w:r>
        <w:rPr>
          <w:b w:val="0"/>
        </w:rPr>
        <w:t xml:space="preserve">    ✗ Алкоголь</w:t>
      </w:r>
    </w:p>
    <w:p>
      <w:r>
        <w:rPr>
          <w:b w:val="0"/>
        </w:rPr>
        <w:t xml:space="preserve">    ✗ Дорогая техника (ноутбук, планшет, дорогие часы)</w:t>
      </w:r>
    </w:p>
    <w:p>
      <w:r>
        <w:rPr>
          <w:b w:val="0"/>
        </w:rPr>
        <w:t xml:space="preserve">    ✗ Украшения и крупные суммы наличных</w:t>
      </w:r>
    </w:p>
    <w:p>
      <w:r>
        <w:rPr>
          <w:b w:val="0"/>
        </w:rPr>
        <w:t xml:space="preserve">    ✗ Стеклянная тара</w:t>
      </w:r>
    </w:p>
    <w:p>
      <w:r>
        <w:rPr>
          <w:b w:val="0"/>
        </w:rPr>
        <w:t xml:space="preserve">    ✗ Больше одной сумки/рюкзака</w:t>
      </w:r>
    </w:p>
    <w:p>
      <w:r>
        <w:rPr>
          <w:b w:val="0"/>
        </w:rPr>
        <w:t xml:space="preserve">    ✗ Постельное бельё — выдадут</w:t>
      </w:r>
    </w:p>
    <w:p>
      <w:r>
        <w:rPr>
          <w:b w:val="0"/>
        </w:rPr>
        <w:t xml:space="preserve">    ✗ Много книг и «на всякий случай» вещей</w:t>
      </w:r>
    </w:p>
    <w:p/>
    <w:p>
      <w:r>
        <w:rPr>
          <w:b/>
        </w:rPr>
        <w:t>Правила сборов: один рюкзак 60–80 л, документы всегда при себе, всё остальное — минимально.</w:t>
      </w:r>
    </w:p>
    <w:p>
      <w:r>
        <w:rPr>
          <w:b w:val="0"/>
        </w:rPr>
        <w:t>Что выдадут на месте: полный комплект полевой формы, бельё, обувь; средства защиты — при отправке в часть.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