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В филиал Государственного фонда поддержки</w:t>
      </w:r>
    </w:p>
    <w:p>
      <w:pPr>
        <w:spacing w:after="0"/>
      </w:pPr>
      <w:r>
        <w:t>участников специальной военной операции</w:t>
      </w:r>
    </w:p>
    <w:p>
      <w:pPr>
        <w:spacing w:after="0"/>
      </w:pPr>
      <w:r>
        <w:t>«Защитники Отечества»</w:t>
      </w:r>
    </w:p>
    <w:p>
      <w:pPr>
        <w:spacing w:after="0"/>
      </w:pPr>
      <w:r>
        <w:t>по __________________________ (наименование региона)</w:t>
      </w:r>
    </w:p>
    <w:p>
      <w:pPr>
        <w:spacing w:after="0"/>
      </w:pPr>
      <w:r>
        <w:t>от Иванова Ивана Ивановича, 01.01.1990 г.р.,</w:t>
      </w:r>
    </w:p>
    <w:p>
      <w:pPr>
        <w:spacing w:after="0"/>
      </w:pPr>
      <w:r>
        <w:t>паспорт серия ____ № ______, выдан «___» __________ ____ г.,</w:t>
      </w:r>
    </w:p>
    <w:p>
      <w:pPr>
        <w:spacing w:after="0"/>
      </w:pPr>
      <w:r>
        <w:t>адрес: 000000, __________ обл., г. __________,</w:t>
      </w:r>
    </w:p>
    <w:p>
      <w:pPr>
        <w:spacing w:after="0"/>
      </w:pPr>
      <w:r>
        <w:t>ул. __________, д. __, кв. __,</w:t>
      </w:r>
    </w:p>
    <w:p>
      <w:pPr>
        <w:spacing w:after="0"/>
      </w:pPr>
      <w:r>
        <w:t>тел.: +7 (___) ___-__-__,</w:t>
      </w:r>
    </w:p>
    <w:p>
      <w:pPr>
        <w:spacing w:after="0"/>
      </w:pPr>
      <w:r>
        <w:t>e-mail: ____________________, СНИЛС 000-000-000 00</w:t>
      </w:r>
    </w:p>
    <w:p>
      <w:pPr>
        <w:spacing w:after="0"/>
      </w:pPr>
    </w:p>
    <w:p>
      <w:pPr>
        <w:spacing w:after="0"/>
        <w:jc w:val="center"/>
      </w:pPr>
      <w:r>
        <w:rPr>
          <w:b/>
        </w:rPr>
        <w:t>ЗАЯВЛЕНИЕ</w:t>
      </w:r>
    </w:p>
    <w:p>
      <w:pPr>
        <w:spacing w:after="0"/>
        <w:jc w:val="center"/>
      </w:pPr>
      <w:r>
        <w:t>о социальном сопровождении и содействии в получении мер поддержки</w:t>
      </w:r>
    </w:p>
    <w:p>
      <w:pPr>
        <w:spacing w:after="0"/>
      </w:pPr>
    </w:p>
    <w:p>
      <w:pPr>
        <w:spacing w:after="0"/>
      </w:pPr>
      <w:r>
        <w:t>Я, Иванов Иван Иванович, являюсь участником (ветераном) специальной военной</w:t>
      </w:r>
    </w:p>
    <w:p>
      <w:pPr>
        <w:spacing w:after="0"/>
      </w:pPr>
      <w:r>
        <w:t>операции / членом семьи погибшего (умершего) участника СВО (нужное указать),</w:t>
      </w:r>
    </w:p>
    <w:p>
      <w:pPr>
        <w:spacing w:after="0"/>
      </w:pPr>
      <w:r>
        <w:t>что подтверждается:</w:t>
      </w:r>
    </w:p>
    <w:p>
      <w:pPr>
        <w:spacing w:after="0"/>
      </w:pPr>
      <w:r>
        <w:t>1. Удостоверением ветерана боевых действий от «___» __________ 2026 г. № ______</w:t>
      </w:r>
    </w:p>
    <w:p>
      <w:pPr>
        <w:spacing w:after="0"/>
      </w:pPr>
      <w:r>
        <w:t>(при наличии).</w:t>
      </w:r>
    </w:p>
    <w:p>
      <w:pPr>
        <w:spacing w:after="0"/>
      </w:pPr>
      <w:r>
        <w:t>2. Справкой об участии в специальной военной операции / выпиской из приказа</w:t>
      </w:r>
    </w:p>
    <w:p>
      <w:pPr>
        <w:spacing w:after="0"/>
      </w:pPr>
      <w:r>
        <w:t>(при наличии).</w:t>
      </w:r>
    </w:p>
    <w:p>
      <w:pPr>
        <w:spacing w:after="0"/>
      </w:pPr>
      <w:r>
        <w:t>3. Индивидуальной программой реабилитации или абилитации (ИПРА) инвалида</w:t>
      </w:r>
    </w:p>
    <w:p>
      <w:pPr>
        <w:spacing w:after="0"/>
      </w:pPr>
      <w:r>
        <w:t>от «___» __________ 2026 г. № ______ (при наличии).</w:t>
      </w:r>
    </w:p>
    <w:p>
      <w:pPr>
        <w:spacing w:after="0"/>
      </w:pPr>
    </w:p>
    <w:p>
      <w:pPr>
        <w:spacing w:after="0"/>
      </w:pPr>
      <w:r>
        <w:t>Прошу оказать содействие и организовать социальное сопровождение по вопросам</w:t>
      </w:r>
    </w:p>
    <w:p>
      <w:pPr>
        <w:spacing w:after="0"/>
      </w:pPr>
      <w:r>
        <w:t>(нужное отметить или дописать):</w:t>
      </w:r>
    </w:p>
    <w:p>
      <w:pPr>
        <w:spacing w:after="0"/>
      </w:pPr>
      <w:r>
        <w:t>1. Оформления статуса ветерана боевых действий и положенных выплат (ЕДВ,</w:t>
      </w:r>
    </w:p>
    <w:p>
      <w:pPr>
        <w:spacing w:after="0"/>
      </w:pPr>
      <w:r>
        <w:t>страховые выплаты, региональные меры поддержки).</w:t>
      </w:r>
    </w:p>
    <w:p>
      <w:pPr>
        <w:spacing w:after="0"/>
      </w:pPr>
      <w:r>
        <w:t>2. Медицинской реабилитации и санаторно-курортного лечения (путёвка).</w:t>
      </w:r>
    </w:p>
    <w:p>
      <w:pPr>
        <w:spacing w:after="0"/>
      </w:pPr>
      <w:r>
        <w:t>3. Протезирования и обеспечения техническими средствами реабилитации.</w:t>
      </w:r>
    </w:p>
    <w:p>
      <w:pPr>
        <w:spacing w:after="0"/>
      </w:pPr>
      <w:r>
        <w:t>4. Психологической и юридической поддержки.</w:t>
      </w:r>
    </w:p>
    <w:p>
      <w:pPr>
        <w:spacing w:after="0"/>
      </w:pPr>
      <w:r>
        <w:t>5. Профессионального переобучения и содействия в трудоустройстве.</w:t>
      </w:r>
    </w:p>
    <w:p>
      <w:pPr>
        <w:spacing w:after="0"/>
      </w:pPr>
      <w:r>
        <w:t>6. Оздоровления детей (членов семьи).</w:t>
      </w:r>
    </w:p>
    <w:p>
      <w:pPr>
        <w:spacing w:after="0"/>
      </w:pPr>
    </w:p>
    <w:p>
      <w:pPr>
        <w:spacing w:after="0"/>
      </w:pPr>
      <w:r>
        <w:t>О результатах рассмотрения прошу уведомить по указанным телефону и адресу.</w:t>
      </w:r>
    </w:p>
    <w:p>
      <w:pPr>
        <w:spacing w:after="0"/>
      </w:pPr>
    </w:p>
    <w:p>
      <w:pPr>
        <w:spacing w:after="0"/>
      </w:pPr>
      <w:r>
        <w:t>Приложение:</w:t>
      </w:r>
    </w:p>
    <w:p>
      <w:pPr>
        <w:spacing w:after="0"/>
      </w:pPr>
      <w:r>
        <w:t>1. Копия паспорта гражданина РФ — на ___ л. в 1 экз.</w:t>
      </w:r>
    </w:p>
    <w:p>
      <w:pPr>
        <w:spacing w:after="0"/>
      </w:pPr>
      <w:r>
        <w:t>2. Копия СНИЛС — на ___ л. в 1 экз.</w:t>
      </w:r>
    </w:p>
    <w:p>
      <w:pPr>
        <w:spacing w:after="0"/>
      </w:pPr>
      <w:r>
        <w:t>3. Копии документов об участии в СВО — на ___ л. в 1 экз.</w:t>
      </w:r>
    </w:p>
    <w:p>
      <w:pPr>
        <w:spacing w:after="0"/>
      </w:pPr>
      <w:r>
        <w:t>4. Копия ИПРА (при наличии) — на ___ л. в 1 экз.</w:t>
      </w:r>
    </w:p>
    <w:p>
      <w:pPr>
        <w:spacing w:after="0"/>
      </w:pPr>
      <w:r>
        <w:t>5. Медицинские документы (справки, выписки) — на ___ л. в 1 экз.</w:t>
      </w:r>
    </w:p>
    <w:p>
      <w:pPr>
        <w:spacing w:after="0"/>
      </w:pPr>
    </w:p>
    <w:p>
      <w:pPr>
        <w:spacing w:after="0"/>
      </w:pPr>
      <w:r>
        <w:t>«___» __________ 2026 г.        ______________ / Иванов И.И.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