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distribute"/>
      </w:pPr>
      <w:r>
        <w:rPr>
          <w:b w:val="0"/>
        </w:rPr>
        <w:t>В ______________________________ районный суд</w:t>
      </w:r>
    </w:p>
    <w:p>
      <w:pPr>
        <w:jc w:val="distribute"/>
      </w:pPr>
      <w:r>
        <w:rPr>
          <w:b w:val="0"/>
        </w:rPr>
        <w:t>от _________________________________</w:t>
      </w:r>
    </w:p>
    <w:p>
      <w:pPr>
        <w:jc w:val="distribute"/>
      </w:pPr>
      <w:r>
        <w:rPr>
          <w:b w:val="0"/>
        </w:rPr>
        <w:t>(ФИО заявителя, адрес, телефон)</w:t>
      </w:r>
    </w:p>
    <w:p>
      <w:pPr>
        <w:jc w:val="distribute"/>
      </w:pPr>
      <w:r>
        <w:rPr>
          <w:b w:val="0"/>
        </w:rPr>
        <w:t>Заинтересованные лица:</w:t>
      </w:r>
    </w:p>
    <w:p>
      <w:pPr>
        <w:jc w:val="distribute"/>
      </w:pPr>
      <w:r>
        <w:rPr>
          <w:b w:val="0"/>
        </w:rPr>
        <w:t>воинская часть № ______ (адрес),</w:t>
      </w:r>
    </w:p>
    <w:p>
      <w:pPr>
        <w:jc w:val="distribute"/>
      </w:pPr>
      <w:r>
        <w:rPr>
          <w:b w:val="0"/>
        </w:rPr>
        <w:t>военный комиссариат ________________</w:t>
      </w:r>
    </w:p>
    <w:p/>
    <w:p>
      <w:pPr>
        <w:jc w:val="right"/>
      </w:pPr>
      <w:r>
        <w:rPr>
          <w:b/>
        </w:rPr>
        <w:t>ЗАЯВЛЕНИЕ</w:t>
      </w:r>
    </w:p>
    <w:p>
      <w:pPr>
        <w:jc w:val="right"/>
      </w:pPr>
      <w:r>
        <w:rPr>
          <w:b w:val="0"/>
        </w:rPr>
        <w:t>о признании безвестно отсутствующим (в порядке особого производства, гл. 30 ГПК РФ)</w:t>
      </w:r>
    </w:p>
    <w:p/>
    <w:p>
      <w:r>
        <w:rPr>
          <w:b w:val="0"/>
        </w:rPr>
        <w:t>Я, ________________________, являюсь ________________________ (степень родства) военнослужащего ________________________ (ФИО), ____ года рождения, проходившего службу по контракту / мобилизованного в воинской части № ______, участвовавшего в специальной военной операции.</w:t>
      </w:r>
    </w:p>
    <w:p>
      <w:r>
        <w:rPr>
          <w:b w:val="0"/>
        </w:rPr>
        <w:t>«____» ____________ 20____ г. связь с ним была утрачена. По состоянию на настоящее время в течение более чем шести месяцев нет сведений о месте его пребывания.</w:t>
      </w:r>
    </w:p>
    <w:p>
      <w:r>
        <w:rPr>
          <w:b w:val="0"/>
        </w:rPr>
        <w:t>Воинской частью составлен акт об отсутствии военнослужащего / издан приказ об исключении его из списков личного части в связи с пропажей без вести «____» ____________ 20____ г. (копия прилагается / запрошена).</w:t>
      </w:r>
    </w:p>
    <w:p>
      <w:r>
        <w:rPr>
          <w:b w:val="0"/>
        </w:rPr>
        <w:t>Розыскные меры предпринимались: обращения в воинскую часть, военный комиссариат, горячую линию Минобороны России, фонд «Защитники Отечества» (копии обращений прилагаются). Сведений о месте пребывания не получено.</w:t>
      </w:r>
    </w:p>
    <w:p>
      <w:r>
        <w:rPr>
          <w:b w:val="0"/>
        </w:rPr>
        <w:t>В соответствии со ст. 42 ГК РФ и с учётом сокращённого шестимесячного срока, установленного для участников СВО Федеральным законом от 14.04.2023 № 120-ФЗ, ст. 276–277 ГПК РФ,</w:t>
      </w:r>
    </w:p>
    <w:p>
      <w:r>
        <w:rPr>
          <w:b/>
        </w:rPr>
        <w:t>ПРОШУ:</w:t>
      </w:r>
    </w:p>
    <w:p>
      <w:r>
        <w:rPr>
          <w:b w:val="0"/>
        </w:rPr>
        <w:t>Признать безвестно отсутствующим ______________________ (ФИО), ____ года рождения, начиная с «____» ____________ 20____ г.</w:t>
      </w:r>
    </w:p>
    <w:p/>
    <w:p>
      <w:r>
        <w:rPr>
          <w:b/>
        </w:rPr>
        <w:t>Приложения:</w:t>
      </w:r>
    </w:p>
    <w:p>
      <w:r>
        <w:rPr>
          <w:b w:val="0"/>
        </w:rPr>
        <w:t>1. Копия приказа воинской части об исключении из списков личного состава (при наличии);</w:t>
      </w:r>
    </w:p>
    <w:p>
      <w:r>
        <w:rPr>
          <w:b w:val="0"/>
        </w:rPr>
        <w:t>2. Копии обращений в воинскую часть, военкомат, фонд «Защитники Отечества» и ответы на них;</w:t>
      </w:r>
    </w:p>
    <w:p>
      <w:r>
        <w:rPr>
          <w:b w:val="0"/>
        </w:rPr>
        <w:t>3. Документы, подтверждающие родство;</w:t>
      </w:r>
    </w:p>
    <w:p>
      <w:r>
        <w:rPr>
          <w:b w:val="0"/>
        </w:rPr>
        <w:t>4. Справка с последнего места жительства;</w:t>
      </w:r>
    </w:p>
    <w:p>
      <w:r>
        <w:rPr>
          <w:b w:val="0"/>
        </w:rPr>
        <w:t>5. Иные документы, подтверждающие обстоятельства.</w:t>
      </w:r>
    </w:p>
    <w:p/>
    <w:p>
      <w:pPr>
        <w:jc w:val="distribute"/>
      </w:pPr>
      <w:r>
        <w:rPr>
          <w:b w:val="0"/>
        </w:rPr>
        <w:t>«____» ____________ 20____ г.                    Подпись _______________ / 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