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distribute"/>
      </w:pPr>
      <w:r>
        <w:rPr>
          <w:b w:val="0"/>
        </w:rPr>
        <w:t>Начальнику военно-врачебной комиссии</w:t>
      </w:r>
    </w:p>
    <w:p>
      <w:pPr>
        <w:jc w:val="distribute"/>
      </w:pPr>
      <w:r>
        <w:rPr>
          <w:b w:val="0"/>
        </w:rPr>
        <w:t>_______________________________________</w:t>
      </w:r>
    </w:p>
    <w:p>
      <w:pPr>
        <w:jc w:val="distribute"/>
      </w:pPr>
      <w:r>
        <w:rPr>
          <w:b w:val="0"/>
        </w:rPr>
        <w:t>(наименование госпиталя / филиала ФГБУ «1600 ВПГ МО РФ» и др.)</w:t>
      </w:r>
    </w:p>
    <w:p>
      <w:pPr>
        <w:jc w:val="distribute"/>
      </w:pPr>
      <w:r>
        <w:rPr>
          <w:b w:val="0"/>
        </w:rPr>
        <w:t>от военнослужащего _________________________</w:t>
      </w:r>
    </w:p>
    <w:p>
      <w:pPr>
        <w:jc w:val="distribute"/>
      </w:pPr>
      <w:r>
        <w:rPr>
          <w:b w:val="0"/>
        </w:rPr>
        <w:t>(звание, ФИО, воинская часть №, адрес, телефон)</w:t>
      </w:r>
    </w:p>
    <w:p/>
    <w:p>
      <w:pPr>
        <w:jc w:val="right"/>
      </w:pPr>
      <w:r>
        <w:rPr>
          <w:b/>
        </w:rPr>
        <w:t>ЗАЯВЛЕНИЕ</w:t>
      </w:r>
    </w:p>
    <w:p>
      <w:pPr>
        <w:jc w:val="right"/>
      </w:pPr>
      <w:r>
        <w:rPr>
          <w:b w:val="0"/>
        </w:rPr>
        <w:t>о проведении независимой военно-врачебной экспертизы</w:t>
      </w:r>
    </w:p>
    <w:p/>
    <w:p>
      <w:r>
        <w:rPr>
          <w:b w:val="0"/>
        </w:rPr>
        <w:t>Я, ________________________, прохожу военную службу по контракту в воинской части № ______, участвую (участвовал) в специальной военной операции. «____» ____________ 20____ г. в ходе выполнения задач получено увечье (ранение / контузия / травма), что подтверждается справкой о травме № ______ от «____» ____________ 20____ г.</w:t>
      </w:r>
    </w:p>
    <w:p>
      <w:r>
        <w:rPr>
          <w:b w:val="0"/>
        </w:rPr>
        <w:t>Заключением военно-врачебной комиссии № ______ от «____» ____________ 20____ г. я признан годным к военной службе с незначительными ограничениями (категория «___»). С указанным заключением я не согласен, поскольку оно не отражает фактического состояния моего здоровья: ______________________ (имеющиеся нарушения функций, диагноз, заключения врачей).</w:t>
      </w:r>
    </w:p>
    <w:p>
      <w:r>
        <w:rPr>
          <w:b w:val="0"/>
        </w:rPr>
        <w:t>В соответствии со ст. 61–63 Федерального закона от 21.11.2011 № 323-ФЗ «Об основах охраны здоровья граждан в Российской Федерации»</w:t>
      </w:r>
    </w:p>
    <w:p>
      <w:r>
        <w:rPr>
          <w:b/>
        </w:rPr>
        <w:t>ПРОШУ:</w:t>
      </w:r>
    </w:p>
    <w:p>
      <w:r>
        <w:rPr>
          <w:b w:val="0"/>
        </w:rPr>
        <w:t>1. Провести независимую военно-врачебную экспертизу моего состояния здоровья.</w:t>
      </w:r>
    </w:p>
    <w:p>
      <w:r>
        <w:rPr>
          <w:b w:val="0"/>
        </w:rPr>
        <w:t>2. Предоставить мне в установленный срок перечень конкретных экспертов, которые могут быть привлечены к проведению экспертизы, для выбора эксперта (экспертов).</w:t>
      </w:r>
    </w:p>
    <w:p>
      <w:r>
        <w:rPr>
          <w:b w:val="0"/>
        </w:rPr>
        <w:t>3. Передать в независимую военно-врачебную экспертизу медицинские документы, характеризующие состояние моего здоровья (медицинскую книжку, выписки из истории болезни, результаты обследований).</w:t>
      </w:r>
    </w:p>
    <w:p/>
    <w:p>
      <w:r>
        <w:rPr>
          <w:b/>
        </w:rPr>
        <w:t>Приложения:</w:t>
      </w:r>
    </w:p>
    <w:p>
      <w:r>
        <w:rPr>
          <w:b w:val="0"/>
        </w:rPr>
        <w:t>1. Копия справки ВВК № ______ от «____» ____________ 20____ г.;</w:t>
      </w:r>
    </w:p>
    <w:p>
      <w:r>
        <w:rPr>
          <w:b w:val="0"/>
        </w:rPr>
        <w:t>2. Копия справки о травме № ______;</w:t>
      </w:r>
    </w:p>
    <w:p>
      <w:r>
        <w:rPr>
          <w:b w:val="0"/>
        </w:rPr>
        <w:t>3. Выписка из истории болезни / медицинские заключения (при наличии);</w:t>
      </w:r>
    </w:p>
    <w:p>
      <w:r>
        <w:rPr>
          <w:b w:val="0"/>
        </w:rPr>
        <w:t>4. Иные медицинские документы, подтверждающие состояние здоровья.</w:t>
      </w:r>
    </w:p>
    <w:p/>
    <w:p>
      <w:pPr>
        <w:jc w:val="distribute"/>
      </w:pPr>
      <w:r>
        <w:rPr>
          <w:b w:val="0"/>
        </w:rPr>
        <w:t>«____» ____________ 20____ г.                    Подпись _______________ / 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